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EA580C"/>
          <w:sz w:val="40"/>
          <w:rtl/>
          <w:szCs w:val="40"/>
          <w:bCs/>
        </w:rPr>
        <w:t>🦺 שבוע הבטיחות – מה עושים?</w:t>
      </w:r>
    </w:p>
    <w:p>
      <w:pPr>
        <w:jc w:val="right"/>
      </w:pPr>
      <w:r>
        <w:rPr>
          <w:b w:val="0"/>
          <w:sz w:val="24"/>
          <w:rtl/>
          <w:szCs w:val="24"/>
        </w:rPr>
        <w:t>שם: ________________   כיתה: ________   תאריך: __________</w:t>
      </w:r>
    </w:p>
    <w:p>
      <w:pPr>
        <w:jc w:val="right"/>
      </w:pPr>
      <w:r>
        <w:rPr>
          <w:b w:val="0"/>
          <w:sz w:val="24"/>
          <w:rtl/>
          <w:szCs w:val="24"/>
        </w:rPr>
        <w:t>✋ עוצרים • 🤔 חושבים • ✅ בוחרים בטוח. סמנו את הבחירה הבטוחה והסבירו במשפט אחד למה.</w:t>
      </w:r>
    </w:p>
    <w:p>
      <w:pPr>
        <w:jc w:val="right"/>
      </w:pPr>
      <w:r>
        <w:rPr>
          <w:b/>
          <w:color w:val="1D4ED8"/>
          <w:sz w:val="24"/>
          <w:rtl/>
          <w:szCs w:val="24"/>
          <w:bCs/>
        </w:rPr>
        <w:t>🏠 בבית: המבוגר יצא לרגע מהמטבח. הסיר על הגז רותח, והידית שלו בולטת החוצה. מה עושים?</w:t>
      </w:r>
    </w:p>
    <w:p>
      <w:pPr>
        <w:jc w:val="right"/>
      </w:pPr>
      <w:r>
        <w:rPr>
          <w:b w:val="0"/>
          <w:sz w:val="24"/>
          <w:rtl/>
          <w:szCs w:val="24"/>
        </w:rPr>
        <w:t>◯ לא נוגעים בסיר, מתרחקים מהכיריים וקוראים למבוגר</w:t>
      </w:r>
    </w:p>
    <w:p>
      <w:pPr>
        <w:jc w:val="right"/>
      </w:pPr>
      <w:r>
        <w:rPr>
          <w:b w:val="0"/>
          <w:sz w:val="24"/>
          <w:rtl/>
          <w:szCs w:val="24"/>
        </w:rPr>
        <w:t>◯ מנסים להוריד את הסיר מהאש לבד</w:t>
      </w:r>
    </w:p>
    <w:p>
      <w:pPr>
        <w:jc w:val="right"/>
      </w:pPr>
      <w:r>
        <w:rPr>
          <w:b w:val="0"/>
          <w:sz w:val="24"/>
          <w:rtl/>
          <w:szCs w:val="24"/>
        </w:rPr>
        <w:t>◯ ממשיכים לשחק ליד הכיריים</w:t>
      </w:r>
    </w:p>
    <w:p>
      <w:pPr>
        <w:jc w:val="right"/>
      </w:pPr>
      <w:r>
        <w:rPr>
          <w:b w:val="0"/>
          <w:sz w:val="24"/>
          <w:rtl/>
          <w:szCs w:val="24"/>
        </w:rPr>
        <w:t>למה? ______________________________________________</w:t>
      </w:r>
    </w:p>
    <w:p>
      <w:pPr>
        <w:jc w:val="right"/>
      </w:pPr>
      <w:r>
        <w:rPr>
          <w:b/>
          <w:color w:val="1D4ED8"/>
          <w:sz w:val="24"/>
          <w:rtl/>
          <w:szCs w:val="24"/>
          <w:bCs/>
        </w:rPr>
        <w:t>🏫 בחצר בית הספר: חבר נפל במגרש ומדמם מהברך. מה עושים?</w:t>
      </w:r>
    </w:p>
    <w:p>
      <w:pPr>
        <w:jc w:val="right"/>
      </w:pPr>
      <w:r>
        <w:rPr>
          <w:b w:val="0"/>
          <w:sz w:val="24"/>
          <w:rtl/>
          <w:szCs w:val="24"/>
        </w:rPr>
        <w:t>◯ נשארים איתו, ומישהו רץ לקרוא למורה התורנית או למורה התורן</w:t>
      </w:r>
    </w:p>
    <w:p>
      <w:pPr>
        <w:jc w:val="right"/>
      </w:pPr>
      <w:r>
        <w:rPr>
          <w:b w:val="0"/>
          <w:sz w:val="24"/>
          <w:rtl/>
          <w:szCs w:val="24"/>
        </w:rPr>
        <w:t>◯ אומרים לו לקום ולהמשיך לשחק</w:t>
      </w:r>
    </w:p>
    <w:p>
      <w:pPr>
        <w:jc w:val="right"/>
      </w:pPr>
      <w:r>
        <w:rPr>
          <w:b w:val="0"/>
          <w:sz w:val="24"/>
          <w:rtl/>
          <w:szCs w:val="24"/>
        </w:rPr>
        <w:t>◯ מצלמים כדי להראות לכולם</w:t>
      </w:r>
    </w:p>
    <w:p>
      <w:pPr>
        <w:jc w:val="right"/>
      </w:pPr>
      <w:r>
        <w:rPr>
          <w:b w:val="0"/>
          <w:sz w:val="24"/>
          <w:rtl/>
          <w:szCs w:val="24"/>
        </w:rPr>
        <w:t>למה? ______________________________________________</w:t>
      </w:r>
    </w:p>
    <w:p>
      <w:pPr>
        <w:jc w:val="right"/>
      </w:pPr>
      <w:r>
        <w:rPr>
          <w:b/>
          <w:color w:val="1D4ED8"/>
          <w:sz w:val="24"/>
          <w:rtl/>
          <w:szCs w:val="24"/>
          <w:bCs/>
        </w:rPr>
        <w:t>🌳 בחורשה ובטבע: בטיול בחורשה אתם רואים מדורה שמישהו השאיר דולקת. מה עושים?</w:t>
      </w:r>
    </w:p>
    <w:p>
      <w:pPr>
        <w:jc w:val="right"/>
      </w:pPr>
      <w:r>
        <w:rPr>
          <w:b w:val="0"/>
          <w:sz w:val="24"/>
          <w:rtl/>
          <w:szCs w:val="24"/>
        </w:rPr>
        <w:t>◯ מתרחקים, מספרים למבוגר, ומבוגר מתקשר 102</w:t>
      </w:r>
    </w:p>
    <w:p>
      <w:pPr>
        <w:jc w:val="right"/>
      </w:pPr>
      <w:r>
        <w:rPr>
          <w:b w:val="0"/>
          <w:sz w:val="24"/>
          <w:rtl/>
          <w:szCs w:val="24"/>
        </w:rPr>
        <w:t>◯ מוסיפים ענפים כדי לשחק עם האש</w:t>
      </w:r>
    </w:p>
    <w:p>
      <w:pPr>
        <w:jc w:val="right"/>
      </w:pPr>
      <w:r>
        <w:rPr>
          <w:b w:val="0"/>
          <w:sz w:val="24"/>
          <w:rtl/>
          <w:szCs w:val="24"/>
        </w:rPr>
        <w:t>◯ נשארים קרוב כדי לראות מה יקרה</w:t>
      </w:r>
    </w:p>
    <w:p>
      <w:pPr>
        <w:jc w:val="right"/>
      </w:pPr>
      <w:r>
        <w:rPr>
          <w:b w:val="0"/>
          <w:sz w:val="24"/>
          <w:rtl/>
          <w:szCs w:val="24"/>
        </w:rPr>
        <w:t>למה? ______________________________________________</w:t>
      </w:r>
    </w:p>
    <w:p>
      <w:pPr>
        <w:jc w:val="right"/>
      </w:pPr>
      <w:r>
        <w:rPr>
          <w:b/>
          <w:color w:val="1D4ED8"/>
          <w:sz w:val="24"/>
          <w:rtl/>
          <w:szCs w:val="24"/>
          <w:bCs/>
        </w:rPr>
        <w:t>🚸 בדרך: הרמזור להולכי רגל אדום, אבל לא רואים מכוניות. מה עושים?</w:t>
      </w:r>
    </w:p>
    <w:p>
      <w:pPr>
        <w:jc w:val="right"/>
      </w:pPr>
      <w:r>
        <w:rPr>
          <w:b w:val="0"/>
          <w:sz w:val="24"/>
          <w:rtl/>
          <w:szCs w:val="24"/>
        </w:rPr>
        <w:t>◯ מחכים לירוק, ואז מסתכלים לשני הצדדים</w:t>
      </w:r>
    </w:p>
    <w:p>
      <w:pPr>
        <w:jc w:val="right"/>
      </w:pPr>
      <w:r>
        <w:rPr>
          <w:b w:val="0"/>
          <w:sz w:val="24"/>
          <w:rtl/>
          <w:szCs w:val="24"/>
        </w:rPr>
        <w:t>◯ חוצים מהר – אין אף אחד</w:t>
      </w:r>
    </w:p>
    <w:p>
      <w:pPr>
        <w:jc w:val="right"/>
      </w:pPr>
      <w:r>
        <w:rPr>
          <w:b w:val="0"/>
          <w:sz w:val="24"/>
          <w:rtl/>
          <w:szCs w:val="24"/>
        </w:rPr>
        <w:t>◯ חוצים בריצה באלכסון</w:t>
      </w:r>
    </w:p>
    <w:p>
      <w:pPr>
        <w:jc w:val="right"/>
      </w:pPr>
      <w:r>
        <w:rPr>
          <w:b w:val="0"/>
          <w:sz w:val="24"/>
          <w:rtl/>
          <w:szCs w:val="24"/>
        </w:rPr>
        <w:t>למה? ______________________________________________</w:t>
      </w:r>
    </w:p>
    <w:p>
      <w:r>
        <w:br w:type="page"/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🔍 מסוכן או בטוח?</w:t>
      </w:r>
    </w:p>
    <w:p>
      <w:pPr>
        <w:jc w:val="right"/>
      </w:pPr>
      <w:r>
        <w:rPr>
          <w:b w:val="0"/>
          <w:sz w:val="24"/>
          <w:rtl/>
          <w:szCs w:val="24"/>
        </w:rPr>
        <w:t>סמנו ✔ ליד מה שמסוכן, וכתבו מה עושים.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מה רואים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מסוכן?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מה עושים?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מחבת על אש דולקת בלי מבוגר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קערת תפוחים על השולחן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ילד מטפס על גדר החצר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שלולית ליד המדרגות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כובע ביום חם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מדורה דולקת בחורשה בלי אנשים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שני ילדים על קורקינט אחד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  <w:t>רמזור ירוק להולכי רגל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</w:tbl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🆘 התאימו מספר לשירות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101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100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rtl/>
              </w:rPr>
              <w:t>102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rtl/>
              </w:rPr>
            </w:r>
          </w:p>
        </w:tc>
      </w:tr>
    </w:tbl>
    <w:p>
      <w:pPr>
        <w:jc w:val="right"/>
      </w:pPr>
      <w:r>
        <w:rPr>
          <w:b w:val="0"/>
          <w:sz w:val="24"/>
          <w:rtl/>
          <w:szCs w:val="24"/>
        </w:rPr>
        <w:t>שירותים: מד״א (אמבולנס) • משטרה • כבאות והצלה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🌬️ עש״ן ד״ק – השלימו</w:t>
      </w:r>
    </w:p>
    <w:p>
      <w:pPr>
        <w:jc w:val="right"/>
      </w:pPr>
      <w:r>
        <w:rPr>
          <w:b w:val="0"/>
          <w:sz w:val="24"/>
          <w:rtl/>
          <w:szCs w:val="24"/>
        </w:rPr>
        <w:t>ע – ע________   ש – ש________   נ – נ________   ד – ד________   ק – ק________</w:t>
      </w:r>
    </w:p>
    <w:p>
      <w:pPr>
        <w:jc w:val="right"/>
      </w:pPr>
      <w:r>
        <w:rPr>
          <w:b/>
          <w:color w:val="1D4ED8"/>
          <w:sz w:val="32"/>
          <w:rtl/>
          <w:szCs w:val="32"/>
          <w:bCs/>
        </w:rPr>
        <w:t>✍️ כלל הבטיחות שלי</w:t>
      </w:r>
    </w:p>
    <w:p>
      <w:pPr>
        <w:jc w:val="right"/>
      </w:pPr>
      <w:r>
        <w:rPr>
          <w:b w:val="0"/>
          <w:sz w:val="24"/>
          <w:rtl/>
          <w:szCs w:val="24"/>
        </w:rPr>
        <w:t>________________________________________________________</w:t>
      </w:r>
    </w:p>
    <w:p>
      <w:pPr>
        <w:jc w:val="right"/>
      </w:pPr>
      <w:r>
        <w:rPr>
          <w:b w:val="0"/>
          <w:sz w:val="24"/>
          <w:rtl/>
          <w:szCs w:val="24"/>
        </w:rPr>
        <w:t>________________________________________________________</w:t>
      </w:r>
    </w:p>
    <w:p>
      <w:pPr>
        <w:jc w:val="right"/>
      </w:pPr>
      <w:r>
        <w:rPr>
          <w:b w:val="0"/>
          <w:color w:val="666666"/>
          <w:sz w:val="18"/>
          <w:rtl/>
          <w:szCs w:val="18"/>
        </w:rPr>
        <w:t>יצרה: רוית ראש בן ישי · שבוע הבטיחות – שולטים במצב בטוח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rtl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