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60"/>
          <w:rtl/>
          <w:szCs w:val="60"/>
        </w:rPr>
        <w:t>🏅🦺🏅</w:t>
      </w:r>
    </w:p>
    <w:p>
      <w:pPr>
        <w:jc w:val="center"/>
      </w:pPr>
      <w:r>
        <w:rPr>
          <w:b/>
          <w:color w:val="B45309"/>
          <w:sz w:val="64"/>
          <w:rtl/>
          <w:szCs w:val="64"/>
          <w:bCs/>
        </w:rPr>
        <w:t>תעודת שגריר/ת בטיחות</w:t>
      </w:r>
    </w:p>
    <w:p>
      <w:pPr>
        <w:jc w:val="center"/>
      </w:pPr>
      <w:r>
        <w:rPr>
          <w:b w:val="0"/>
          <w:sz w:val="36"/>
          <w:rtl/>
          <w:szCs w:val="36"/>
        </w:rPr>
        <w:t>מוענקת בגאווה ל:</w:t>
      </w:r>
    </w:p>
    <w:p>
      <w:pPr>
        <w:jc w:val="center"/>
      </w:pPr>
      <w:r>
        <w:rPr>
          <w:b w:val="0"/>
          <w:sz w:val="40"/>
          <w:rtl/>
          <w:szCs w:val="40"/>
        </w:rPr>
        <w:t>______________________________</w:t>
      </w:r>
    </w:p>
    <w:p>
      <w:pPr>
        <w:jc w:val="center"/>
      </w:pPr>
      <w:r>
        <w:rPr>
          <w:b w:val="0"/>
          <w:sz w:val="32"/>
          <w:rtl/>
          <w:szCs w:val="32"/>
        </w:rPr>
        <w:t>על השתתפות פעילה בשבוע הבטיחות ועל ההתחייבות:</w:t>
      </w:r>
    </w:p>
    <w:p>
      <w:pPr>
        <w:jc w:val="center"/>
      </w:pPr>
      <w:r>
        <w:rPr>
          <w:b w:val="0"/>
          <w:sz w:val="28"/>
          <w:rtl/>
          <w:szCs w:val="28"/>
        </w:rPr>
        <w:t>1. ________________________________________________</w:t>
      </w:r>
    </w:p>
    <w:p>
      <w:pPr>
        <w:jc w:val="center"/>
      </w:pPr>
      <w:r>
        <w:rPr>
          <w:b w:val="0"/>
          <w:sz w:val="28"/>
          <w:rtl/>
          <w:szCs w:val="28"/>
        </w:rPr>
        <w:t>2. ________________________________________________</w:t>
      </w:r>
    </w:p>
    <w:p>
      <w:pPr>
        <w:jc w:val="center"/>
      </w:pPr>
      <w:r>
        <w:rPr>
          <w:b w:val="0"/>
          <w:sz w:val="28"/>
          <w:rtl/>
          <w:szCs w:val="28"/>
        </w:rPr>
        <w:t>3. ________________________________________________</w:t>
      </w:r>
    </w:p>
    <w:p>
      <w:pPr>
        <w:jc w:val="center"/>
      </w:pPr>
      <w:r>
        <w:rPr>
          <w:b w:val="0"/>
          <w:sz w:val="28"/>
          <w:rtl/>
          <w:szCs w:val="28"/>
        </w:rPr>
        <w:t>✋ עוצרים • 🤔 חושבים • ✅ בוחרים בטוח</w:t>
      </w:r>
    </w:p>
    <w:p>
      <w:pPr>
        <w:jc w:val="center"/>
      </w:pPr>
      <w:r>
        <w:rPr>
          <w:b w:val="0"/>
          <w:sz w:val="26"/>
          <w:rtl/>
          <w:szCs w:val="26"/>
        </w:rPr>
        <w:t>תאריך: ____________          חתימת המחנך/ת: ____________</w:t>
      </w:r>
    </w:p>
    <w:p>
      <w:pPr>
        <w:jc w:val="center"/>
      </w:pPr>
      <w:r>
        <w:rPr>
          <w:b w:val="0"/>
          <w:color w:val="666666"/>
          <w:sz w:val="18"/>
          <w:rtl/>
          <w:szCs w:val="18"/>
        </w:rPr>
        <w:t>יצרה: רוית ראש בן ישי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rtl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